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Immigrants Guide – Petition Checklist</w:t>
      </w:r>
    </w:p>
    <w:p>
      <w:r>
        <w:rPr>
          <w:b/>
        </w:rPr>
        <w:t xml:space="preserve">Sample / Educational Resource — </w:t>
      </w:r>
      <w:r>
        <w:t>Use as a planning checklist and customize for the specific petition and facts. This document is not legal advice and does not replace the applicable USCIS/DOL requirements.</w:t>
      </w:r>
    </w:p>
    <w:p>
      <w:pPr>
        <w:pStyle w:val="Heading2"/>
      </w:pPr>
      <w:r>
        <w:t>H-1B New / Cap</w:t>
      </w:r>
    </w:p>
    <w:p>
      <w:pPr>
        <w:pStyle w:val="ListBullet"/>
      </w:pPr>
      <w:r>
        <w:t>Passport</w:t>
      </w:r>
    </w:p>
    <w:p>
      <w:pPr>
        <w:pStyle w:val="ListBullet"/>
      </w:pPr>
      <w:r>
        <w:t>Current immigration status documents, if applicable</w:t>
      </w:r>
    </w:p>
    <w:p>
      <w:pPr>
        <w:pStyle w:val="ListBullet"/>
      </w:pPr>
      <w:r>
        <w:t>I-94, if applicable</w:t>
      </w:r>
    </w:p>
    <w:p>
      <w:pPr>
        <w:pStyle w:val="ListBullet"/>
      </w:pPr>
      <w:r>
        <w:t>Resume/CV</w:t>
      </w:r>
    </w:p>
    <w:p>
      <w:pPr>
        <w:pStyle w:val="ListBullet"/>
      </w:pPr>
      <w:r>
        <w:t>Degree and transcripts</w:t>
      </w:r>
    </w:p>
    <w:p>
      <w:pPr>
        <w:pStyle w:val="ListBullet"/>
      </w:pPr>
      <w:r>
        <w:t>Experience letters, if applicable</w:t>
      </w:r>
    </w:p>
    <w:p>
      <w:pPr>
        <w:pStyle w:val="ListBullet"/>
      </w:pPr>
      <w:r>
        <w:t>Offer/employment letter</w:t>
      </w:r>
    </w:p>
    <w:p>
      <w:pPr>
        <w:pStyle w:val="ListBullet"/>
      </w:pPr>
      <w:r>
        <w:t>Employer/company documents</w:t>
      </w:r>
    </w:p>
    <w:p>
      <w:pPr>
        <w:pStyle w:val="ListBullet"/>
      </w:pPr>
      <w:r>
        <w:t>LCA</w:t>
      </w:r>
    </w:p>
    <w:p>
      <w:pPr>
        <w:pStyle w:val="ListBullet"/>
      </w:pPr>
      <w:r>
        <w:t>Client/vendor/project documentation, if applicable</w:t>
      </w:r>
    </w:p>
    <w:p>
      <w:pPr>
        <w:pStyle w:val="ListBullet"/>
      </w:pPr>
      <w:r>
        <w:t>Support letter</w:t>
      </w:r>
    </w:p>
    <w:p>
      <w:pPr>
        <w:pStyle w:val="ListBullet"/>
      </w:pPr>
      <w:r>
        <w:t>Petition forms and filing-fee documentation</w:t>
      </w:r>
    </w:p>
    <w:p>
      <w:pPr>
        <w:pStyle w:val="Heading2"/>
      </w:pPr>
      <w:r>
        <w:t>H-1B Transfer</w:t>
      </w:r>
    </w:p>
    <w:p>
      <w:pPr>
        <w:pStyle w:val="ListBullet"/>
      </w:pPr>
      <w:r>
        <w:t>Passport</w:t>
      </w:r>
    </w:p>
    <w:p>
      <w:pPr>
        <w:pStyle w:val="ListBullet"/>
      </w:pPr>
      <w:r>
        <w:t>Current/most recent I-94</w:t>
      </w:r>
    </w:p>
    <w:p>
      <w:pPr>
        <w:pStyle w:val="ListBullet"/>
      </w:pPr>
      <w:r>
        <w:t>Current H-1B approval notice(s)</w:t>
      </w:r>
    </w:p>
    <w:p>
      <w:pPr>
        <w:pStyle w:val="ListBullet"/>
      </w:pPr>
      <w:r>
        <w:t>Current visa/status documentation, as applicable</w:t>
      </w:r>
    </w:p>
    <w:p>
      <w:pPr>
        <w:pStyle w:val="ListBullet"/>
      </w:pPr>
      <w:r>
        <w:t>Resume/CV</w:t>
      </w:r>
    </w:p>
    <w:p>
      <w:pPr>
        <w:pStyle w:val="ListBullet"/>
      </w:pPr>
      <w:r>
        <w:t>Degree and transcripts</w:t>
      </w:r>
    </w:p>
    <w:p>
      <w:pPr>
        <w:pStyle w:val="ListBullet"/>
      </w:pPr>
      <w:r>
        <w:t>Experience letters, if applicable</w:t>
      </w:r>
    </w:p>
    <w:p>
      <w:pPr>
        <w:pStyle w:val="ListBullet"/>
      </w:pPr>
      <w:r>
        <w:t>New employer documents</w:t>
      </w:r>
    </w:p>
    <w:p>
      <w:pPr>
        <w:pStyle w:val="ListBullet"/>
      </w:pPr>
      <w:r>
        <w:t>Offer/employment letter</w:t>
      </w:r>
    </w:p>
    <w:p>
      <w:pPr>
        <w:pStyle w:val="ListBullet"/>
      </w:pPr>
      <w:r>
        <w:t>LCA</w:t>
      </w:r>
    </w:p>
    <w:p>
      <w:pPr>
        <w:pStyle w:val="ListBullet"/>
      </w:pPr>
      <w:r>
        <w:t>Client/vendor/project documentation, if applicable</w:t>
      </w:r>
    </w:p>
    <w:p>
      <w:pPr>
        <w:pStyle w:val="ListBullet"/>
      </w:pPr>
      <w:r>
        <w:t>Support letter</w:t>
      </w:r>
    </w:p>
    <w:p>
      <w:pPr>
        <w:pStyle w:val="ListBullet"/>
      </w:pPr>
      <w:r>
        <w:t>Petition forms and filing-fee documentation</w:t>
      </w:r>
    </w:p>
    <w:p>
      <w:pPr>
        <w:pStyle w:val="Heading2"/>
      </w:pPr>
      <w:r>
        <w:t>H-1B Extension</w:t>
      </w:r>
    </w:p>
    <w:p>
      <w:pPr>
        <w:pStyle w:val="ListBullet"/>
      </w:pPr>
      <w:r>
        <w:t>Passport</w:t>
      </w:r>
    </w:p>
    <w:p>
      <w:pPr>
        <w:pStyle w:val="ListBullet"/>
      </w:pPr>
      <w:r>
        <w:t>Current I-94</w:t>
      </w:r>
    </w:p>
    <w:p>
      <w:pPr>
        <w:pStyle w:val="ListBullet"/>
      </w:pPr>
      <w:r>
        <w:t>Current H-1B approval notice</w:t>
      </w:r>
    </w:p>
    <w:p>
      <w:pPr>
        <w:pStyle w:val="ListBullet"/>
      </w:pPr>
      <w:r>
        <w:t>Recent paystubs</w:t>
      </w:r>
    </w:p>
    <w:p>
      <w:pPr>
        <w:pStyle w:val="ListBullet"/>
      </w:pPr>
      <w:r>
        <w:t>W-2s, if applicable</w:t>
      </w:r>
    </w:p>
    <w:p>
      <w:pPr>
        <w:pStyle w:val="ListBullet"/>
      </w:pPr>
      <w:r>
        <w:t>Employment verification</w:t>
      </w:r>
    </w:p>
    <w:p>
      <w:pPr>
        <w:pStyle w:val="ListBullet"/>
      </w:pPr>
      <w:r>
        <w:t>Updated LCA</w:t>
      </w:r>
    </w:p>
    <w:p>
      <w:pPr>
        <w:pStyle w:val="ListBullet"/>
      </w:pPr>
      <w:r>
        <w:t>Updated support letter</w:t>
      </w:r>
    </w:p>
    <w:p>
      <w:pPr>
        <w:pStyle w:val="ListBullet"/>
      </w:pPr>
      <w:r>
        <w:t>Client/vendor/project documentation, if applicable</w:t>
      </w:r>
    </w:p>
    <w:p>
      <w:pPr>
        <w:pStyle w:val="ListBullet"/>
      </w:pPr>
      <w:r>
        <w:t>Petition forms and filing-fee documentation</w:t>
      </w:r>
    </w:p>
    <w:p>
      <w:pPr>
        <w:pStyle w:val="Heading2"/>
      </w:pPr>
      <w:r>
        <w:t>H-1B Amendment</w:t>
      </w:r>
    </w:p>
    <w:p>
      <w:pPr>
        <w:pStyle w:val="ListBullet"/>
      </w:pPr>
      <w:r>
        <w:t>Current H-1B approval notice</w:t>
      </w:r>
    </w:p>
    <w:p>
      <w:pPr>
        <w:pStyle w:val="ListBullet"/>
      </w:pPr>
      <w:r>
        <w:t>Current I-94</w:t>
      </w:r>
    </w:p>
    <w:p>
      <w:pPr>
        <w:pStyle w:val="ListBullet"/>
      </w:pPr>
      <w:r>
        <w:t>Passport</w:t>
      </w:r>
    </w:p>
    <w:p>
      <w:pPr>
        <w:pStyle w:val="ListBullet"/>
      </w:pPr>
      <w:r>
        <w:t>New worksite/project information</w:t>
      </w:r>
    </w:p>
    <w:p>
      <w:pPr>
        <w:pStyle w:val="ListBullet"/>
      </w:pPr>
      <w:r>
        <w:t>Updated LCA, if required</w:t>
      </w:r>
    </w:p>
    <w:p>
      <w:pPr>
        <w:pStyle w:val="ListBullet"/>
      </w:pPr>
      <w:r>
        <w:t>Client/vendor letter, if applicable</w:t>
      </w:r>
    </w:p>
    <w:p>
      <w:pPr>
        <w:pStyle w:val="ListBullet"/>
      </w:pPr>
      <w:r>
        <w:t>Updated duties and position information</w:t>
      </w:r>
    </w:p>
    <w:p>
      <w:pPr>
        <w:pStyle w:val="ListBullet"/>
      </w:pPr>
      <w:r>
        <w:t>Updated support letter</w:t>
      </w:r>
    </w:p>
    <w:p>
      <w:pPr>
        <w:pStyle w:val="ListBullet"/>
      </w:pPr>
      <w:r>
        <w:t>Petition forms and filing-fee documentation</w:t>
      </w:r>
    </w:p>
    <w:p>
      <w:pPr>
        <w:pStyle w:val="Heading2"/>
      </w:pPr>
      <w:r>
        <w:t>H-4 Extension</w:t>
      </w:r>
    </w:p>
    <w:p>
      <w:pPr>
        <w:pStyle w:val="ListBullet"/>
      </w:pPr>
      <w:r>
        <w:t>Principal H-1B approval/status documents</w:t>
      </w:r>
    </w:p>
    <w:p>
      <w:pPr>
        <w:pStyle w:val="ListBullet"/>
      </w:pPr>
      <w:r>
        <w:t>H-4 applicant passport</w:t>
      </w:r>
    </w:p>
    <w:p>
      <w:pPr>
        <w:pStyle w:val="ListBullet"/>
      </w:pPr>
      <w:r>
        <w:t>Marriage certificate or qualifying relationship documentation</w:t>
      </w:r>
    </w:p>
    <w:p>
      <w:pPr>
        <w:pStyle w:val="ListBullet"/>
      </w:pPr>
      <w:r>
        <w:t>H-4 I-94</w:t>
      </w:r>
    </w:p>
    <w:p>
      <w:pPr>
        <w:pStyle w:val="ListBullet"/>
      </w:pPr>
      <w:r>
        <w:t>Prior H-4 approval notice, if applicable</w:t>
      </w:r>
    </w:p>
    <w:p>
      <w:pPr>
        <w:pStyle w:val="ListBullet"/>
      </w:pPr>
      <w:r>
        <w:t>Required petition/application forms and filing-fee documentation</w:t>
      </w:r>
    </w:p>
    <w:p>
      <w:pPr>
        <w:pStyle w:val="ListBullet"/>
      </w:pPr>
      <w:r>
        <w:t>Supporting evidence applicable to the specific case</w:t>
      </w:r>
    </w:p>
    <w:p>
      <w:pPr>
        <w:pStyle w:val="Heading2"/>
      </w:pPr>
      <w:r>
        <w:t>H-4 EAD</w:t>
      </w:r>
    </w:p>
    <w:p>
      <w:pPr>
        <w:pStyle w:val="ListBullet"/>
      </w:pPr>
      <w:r>
        <w:t>H-4 status documentation</w:t>
      </w:r>
    </w:p>
    <w:p>
      <w:pPr>
        <w:pStyle w:val="ListBullet"/>
      </w:pPr>
      <w:r>
        <w:t>Principal H-1B approval/status documentation</w:t>
      </w:r>
    </w:p>
    <w:p>
      <w:pPr>
        <w:pStyle w:val="ListBullet"/>
      </w:pPr>
      <w:r>
        <w:t>Passport</w:t>
      </w:r>
    </w:p>
    <w:p>
      <w:pPr>
        <w:pStyle w:val="ListBullet"/>
      </w:pPr>
      <w:r>
        <w:t>I-94</w:t>
      </w:r>
    </w:p>
    <w:p>
      <w:pPr>
        <w:pStyle w:val="ListBullet"/>
      </w:pPr>
      <w:r>
        <w:t>Marriage certificate or qualifying relationship documentation</w:t>
      </w:r>
    </w:p>
    <w:p>
      <w:pPr>
        <w:pStyle w:val="ListBullet"/>
      </w:pPr>
      <w:r>
        <w:t>Prior EAD, if applicable</w:t>
      </w:r>
    </w:p>
    <w:p>
      <w:pPr>
        <w:pStyle w:val="ListBullet"/>
      </w:pPr>
      <w:r>
        <w:t>Required application forms and filing-fee documentation</w:t>
      </w:r>
    </w:p>
    <w:p>
      <w:pPr>
        <w:pStyle w:val="ListBullet"/>
      </w:pPr>
      <w:r>
        <w:t>Supporting evidence applicable to the specific case</w:t>
      </w:r>
    </w:p>
    <w:p>
      <w:pPr>
        <w:pStyle w:val="Heading2"/>
      </w:pPr>
      <w:r>
        <w:t>I-140 EB-2 / EB-3</w:t>
      </w:r>
    </w:p>
    <w:p>
      <w:pPr>
        <w:pStyle w:val="ListBullet"/>
      </w:pPr>
      <w:r>
        <w:t>Applicable labor certification/PERM documentation, if required</w:t>
      </w:r>
    </w:p>
    <w:p>
      <w:pPr>
        <w:pStyle w:val="ListBullet"/>
      </w:pPr>
      <w:r>
        <w:t>ETA-9089, if applicable</w:t>
      </w:r>
    </w:p>
    <w:p>
      <w:pPr>
        <w:pStyle w:val="ListBullet"/>
      </w:pPr>
      <w:r>
        <w:t>Degree and transcripts</w:t>
      </w:r>
    </w:p>
    <w:p>
      <w:pPr>
        <w:pStyle w:val="ListBullet"/>
      </w:pPr>
      <w:r>
        <w:t>Experience letters</w:t>
      </w:r>
    </w:p>
    <w:p>
      <w:pPr>
        <w:pStyle w:val="ListBullet"/>
      </w:pPr>
      <w:r>
        <w:t>Employer/company documentation</w:t>
      </w:r>
    </w:p>
    <w:p>
      <w:pPr>
        <w:pStyle w:val="ListBullet"/>
      </w:pPr>
      <w:r>
        <w:t>Job offer and position information, as applicable</w:t>
      </w:r>
    </w:p>
    <w:p>
      <w:pPr>
        <w:pStyle w:val="ListBullet"/>
      </w:pPr>
      <w:r>
        <w:t>Priority-date information</w:t>
      </w:r>
    </w:p>
    <w:p>
      <w:pPr>
        <w:pStyle w:val="ListBullet"/>
      </w:pPr>
      <w:r>
        <w:t>Required petition forms and filing-fee documentation</w:t>
      </w:r>
    </w:p>
    <w:p>
      <w:pPr>
        <w:pStyle w:val="ListBullet"/>
      </w:pPr>
      <w:r>
        <w:t>Supporting evidence applicable to the classification</w:t>
      </w:r>
    </w:p>
    <w:p>
      <w:pPr>
        <w:pStyle w:val="Heading2"/>
      </w:pPr>
      <w:r>
        <w:t>RFE / NOID / NOIR Response</w:t>
      </w:r>
    </w:p>
    <w:p>
      <w:pPr>
        <w:pStyle w:val="ListBullet"/>
      </w:pPr>
      <w:r>
        <w:t>USCIS notice</w:t>
      </w:r>
    </w:p>
    <w:p>
      <w:pPr>
        <w:pStyle w:val="ListBullet"/>
      </w:pPr>
      <w:r>
        <w:t>Response deadline</w:t>
      </w:r>
    </w:p>
    <w:p>
      <w:pPr>
        <w:pStyle w:val="ListBullet"/>
      </w:pPr>
      <w:r>
        <w:t>Issues/evidence requested in the notice</w:t>
      </w:r>
    </w:p>
    <w:p>
      <w:pPr>
        <w:pStyle w:val="ListBullet"/>
      </w:pPr>
      <w:r>
        <w:t>Supporting documents addressing each requested item</w:t>
      </w:r>
    </w:p>
    <w:p>
      <w:pPr>
        <w:pStyle w:val="ListBullet"/>
      </w:pPr>
      <w:r>
        <w:t>Updated letters or declarations, if applicable</w:t>
      </w:r>
    </w:p>
    <w:p>
      <w:pPr>
        <w:pStyle w:val="ListBullet"/>
      </w:pPr>
      <w:r>
        <w:t>Client/vendor/project evidence, if applicable</w:t>
      </w:r>
    </w:p>
    <w:p>
      <w:pPr>
        <w:pStyle w:val="ListBullet"/>
      </w:pPr>
      <w:r>
        <w:t>Attorney/legal representative review, if applicable</w:t>
      </w:r>
    </w:p>
    <w:p>
      <w:pPr>
        <w:pStyle w:val="ListBullet"/>
      </w:pPr>
      <w:r>
        <w:t>Complete response package and delivery/filing confirmation</w:t>
      </w:r>
    </w:p>
    <w:p>
      <w:pPr>
        <w:pStyle w:val="Heading2"/>
      </w:pPr>
      <w:r>
        <w:t>Sample Letter Resources</w:t>
      </w:r>
    </w:p>
    <w:p>
      <w:r>
        <w:t>Sample Client Letter — use the separate client-letter template provided with Immigrants Guide.</w:t>
      </w:r>
    </w:p>
    <w:p>
      <w:r>
        <w:t>Sample Vendor Letter — use the separate vendor-letter template provided with Immigrants Guide.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